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…………………….., dnia ……………….</w:t>
      </w:r>
    </w:p>
    <w:p>
      <w:pPr>
        <w:jc w:val="center"/>
      </w:pPr>
      <w:r>
        <w:rPr>
          <w:b/>
          <w:sz w:val="22"/>
        </w:rPr>
        <w:t>Oświadczenie rodzica/opiekuna prawnego* o rezygnacji z uczęszczania ucznia na lekcje religii/etyki*</w:t>
      </w:r>
    </w:p>
    <w:p>
      <w:r>
        <w:t>Zgodnie z Rozporządzeniem Ministra Edukacji Narodowej z dnia 14 kwietnia 1992 r. w sprawie warunków i</w:t>
      </w:r>
    </w:p>
    <w:p>
      <w:r>
        <w:t>sposobu organizowania nauki religii w publicznych przedszkolach i szkołach niniejszym:</w:t>
      </w:r>
    </w:p>
    <w:p>
      <w:r>
        <w:t>oświadczam, że rezygnuję z uczestniczenia w zajęciach z religii mojego syna/córki ……………………… uczennicy/</w:t>
      </w:r>
    </w:p>
    <w:p>
      <w:r>
        <w:t>ucznia* klasy …………………………………………</w:t>
      </w:r>
    </w:p>
    <w:p>
      <w:r>
        <w:t>……………………………………………</w:t>
      </w:r>
    </w:p>
    <w:p>
      <w:r>
        <w:t>podpis rodziców/opiekunów prawnych*</w:t>
      </w:r>
    </w:p>
    <w:p>
      <w:r>
        <w:t>*proszę niepotrzebne skreślić</w:t>
      </w:r>
    </w:p>
    <w:p>
      <w:pPr>
        <w:jc w:val="center"/>
      </w:pPr>
      <w:r>
        <w:rPr>
          <w:b/>
        </w:rPr>
        <w:t>Klauzula informacyjna</w:t>
      </w:r>
    </w:p>
    <w:p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 Urz. UE. L Nr 119, str. 1), zwanego dalej „rozporządzeniem” lub „RODO” informuję, iż:</w:t>
      </w:r>
    </w:p>
    <w:p>
      <w:r>
        <w:t>1. Administratorem Państwa danych osobowych jest: Publiczna Szkoła Podstawowa nr 3 im. KEN z siedzibą w Kędzierzyn-Koźle przy ulicy Mościckiego14, 47-223 Kędzierzyn-Koźle, telefon kontaktowy: 774812736, adres email: psp3@kedzierzynkozle.pl.</w:t>
      </w:r>
    </w:p>
    <w:p>
      <w:r>
        <w:t>2. Administrator danych informuje, iż został powołany Inspektor ochrony danych, którego funkcję pełni Pani/ Pani Agnieszka Kwaśnik Kontakt z Inspektorem jest możliwy za pośrednictwem poczty elektronicznej, adres e-mail: iod@valven.pl lub pisemnie na adres siedziby Administratora, wskazany powyżej.</w:t>
      </w:r>
    </w:p>
    <w:p>
      <w:r>
        <w:t>3. Państwa dane osobowe będą przetwarzane w związku ze złożeniem przez Państwa deklaracji o rezygnacji ucznia/ uczennicy z uczęszczania na lekcje religii/ etyki.</w:t>
      </w:r>
    </w:p>
    <w:p>
      <w:r>
        <w:t>4. Państwa dane osobowe będą przetwarzane na podstawie art. 6 ust. 1 lit. c RODO (przetwarzanie jest niezbędne do wypełnienia obowiązku prawnego ciążącego na administratorze), art. 6 ust. 1 lit. c RODO oraz art. 9 ust. 2 lit. g RODO- przetwarzanie danych o wyznaniach w związku z § 1 ust. 2 Rozporządzenia Ministra Edukacji Narodowej z dnia 14 kwietnia 1992 r. w sprawie warunków i sposobu organizowania nauki religii w publicznych przedszkolach i szkołach, art. 12 ust. 2 ustawy z dnia 7 września 1991 r. o systemie oświaty.</w:t>
      </w:r>
    </w:p>
    <w:p>
      <w:r>
        <w:t>5. Odbiorcami Państwa danych osobowych będą podmioty uprawnione do uzyskania danych na podstawie przepisów prawa.</w:t>
      </w:r>
    </w:p>
    <w:p>
      <w:r>
        <w:t>6. Państwa dane osobowe będą przetwarzane przez okres niezbędny do realizacji celu dla jakiego zostały zebrane a następnie przez okres, w którym Administrator jest zobowiązany do zachowania danych dla udokumentowania spełnienia wymagań prawnych zgodnie z ustawą z dnia 14 lipca 1983 r. o narodowym zasobie archiwalnym i archiwach .</w:t>
      </w:r>
    </w:p>
    <w:p>
      <w:r>
        <w:t>7. W związku z przetwarzaniem danych przysługują Państwu następujące prawa: a) prawo dostępu do danych osobowych w tym prawo do uzyskania kopii tych danych (art. 15 RODO), b) prawo do żądania sprostowania (poprawiania) danych osobowych – w przypadku, gdy dane są nieprawidłowe lub niekompletne (art. 16 RODO), c) prawo do żądania ograniczenia przetwarzania danych osobowych w przypadkach określonych w ogólnym rozporządzeniu o ochronie danych osobowych (art. 18 RODO),</w:t>
      </w:r>
    </w:p>
    <w:p>
      <w:r>
        <w:t>8. Przysługuje Państwu prawo do złożenia skargi do organu nadzorczego – Prezesa Urzędu Ochrony Danych, ul. Stawki 2, 00-193 Warszawa.</w:t>
      </w:r>
    </w:p>
    <w:p>
      <w:r>
        <w:t>9. Państwa dane osobowe nie są przetwarzane przez Administratora danych w sposób zautomatyzowany i nie są poddawane profilowaniu.</w:t>
      </w:r>
    </w:p>
    <w:p>
      <w:r>
        <w:t>10. Państwa dane osobowe nie będą przekazywane do państwa trzeciego.</w:t>
      </w:r>
    </w:p>
    <w:sectPr w:rsidR="00FC693F" w:rsidRPr="0006063C" w:rsidSect="00034616">
      <w:pgSz w:w="12240" w:h="15840"/>
      <w:pgMar w:top="1020" w:right="1191" w:bottom="90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